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會議簽到表</w:t>
      </w:r>
    </w:p>
    <w:p>
      <w:r>
        <w:t>會議名稱：　　日期：　年　月　日　　時間：　：　～　：　　地點／會議連結：　　主席：　　記錄：</w:t>
      </w:r>
    </w:p>
    <w:p>
      <w:r>
        <w:rPr>
          <w:sz w:val="17"/>
        </w:rPr>
        <w:t>個人資料蒐集告知：本簽到表由【單位名稱】為【會議／活動名稱】之出席紀錄與聯繫目的蒐集您的姓名、單位與簽名，僅於本次會議紀錄與後續通知使用，保存至【保存期限】後銷毀。您可依個人資料保護法第 3 條請求查詢、更正或刪除。不簽到不影響您參加本次會議，但無法列入出席紀錄。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</w:tcPr>
          <w:p>
            <w:r>
              <w:rPr>
                <w:b/>
              </w:rPr>
              <w:t>序號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姓名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單位／部門</w:t>
            </w:r>
          </w:p>
        </w:tc>
        <w:tc>
          <w:tcPr>
            <w:tcW w:type="dxa" w:w="2163"/>
          </w:tcPr>
          <w:p>
            <w:r>
              <w:rPr>
                <w:b/>
              </w:rPr>
              <w:t>職稱</w:t>
            </w:r>
          </w:p>
        </w:tc>
        <w:tc>
          <w:tcPr>
            <w:tcW w:type="dxa" w:w="2163"/>
          </w:tcPr>
          <w:p>
            <w:r>
              <w:rPr>
                <w:b/>
              </w:rPr>
              <w:t>簽到時間</w:t>
            </w:r>
          </w:p>
        </w:tc>
        <w:tc>
          <w:tcPr>
            <w:tcW w:type="dxa" w:w="2163"/>
          </w:tcPr>
          <w:p>
            <w:r>
              <w:rPr>
                <w:b/>
              </w:rPr>
              <w:t>簽名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備註（代理出席請註明）</w:t>
            </w:r>
          </w:p>
        </w:tc>
      </w:tr>
      <w:tr>
        <w:trPr>
          <w:trHeight w:val="454"/>
        </w:trPr>
        <w:tc>
          <w:tcPr>
            <w:tcW w:type="dxa" w:w="2163"/>
          </w:tcPr>
          <w:p>
            <w:r>
              <w:t>1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2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3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4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5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6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7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8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9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10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11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12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13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14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15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>
      <w:r>
        <w:br w:type="page"/>
      </w:r>
    </w:p>
    <w:p>
      <w:pPr>
        <w:jc w:val="center"/>
      </w:pPr>
      <w:r>
        <w:rPr>
          <w:b/>
          <w:sz w:val="36"/>
        </w:rPr>
        <w:t>教育訓練簽到表</w:t>
      </w:r>
    </w:p>
    <w:p>
      <w:r>
        <w:t>課程名稱：　　日期：　年　月　日　　上課時間：　：　～　：　　地點：　　講師：　　訓練時數：　小時</w:t>
      </w:r>
    </w:p>
    <w:p>
      <w:r>
        <w:rPr>
          <w:sz w:val="17"/>
        </w:rPr>
        <w:t>個人資料蒐集告知：本簽到表由【單位名稱】為【會議／活動名稱】之出席紀錄與聯繫目的蒐集您的姓名、單位與簽名，僅於本次會議紀錄與後續通知使用，保存至【保存期限】後銷毀。您可依個人資料保護法第 3 條請求查詢、更正或刪除。不簽到不影響您參加本次會議，但無法列入出席紀錄。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1892"/>
          </w:tcPr>
          <w:p>
            <w:r>
              <w:rPr>
                <w:b/>
              </w:rPr>
              <w:t>序號</w:t>
            </w:r>
          </w:p>
        </w:tc>
        <w:tc>
          <w:tcPr>
            <w:tcW w:type="dxa" w:w="1892"/>
          </w:tcPr>
          <w:p>
            <w:r>
              <w:rPr>
                <w:b/>
              </w:rPr>
              <w:t>姓名</w:t>
            </w:r>
          </w:p>
        </w:tc>
        <w:tc>
          <w:tcPr>
            <w:tcW w:type="dxa" w:w="1892"/>
          </w:tcPr>
          <w:p>
            <w:r>
              <w:rPr>
                <w:b/>
              </w:rPr>
              <w:t>部門</w:t>
            </w:r>
          </w:p>
        </w:tc>
        <w:tc>
          <w:tcPr>
            <w:tcW w:type="dxa" w:w="1892"/>
          </w:tcPr>
          <w:p>
            <w:r>
              <w:rPr>
                <w:b/>
              </w:rPr>
              <w:t>員工編號</w:t>
            </w:r>
          </w:p>
        </w:tc>
        <w:tc>
          <w:tcPr>
            <w:tcW w:type="dxa" w:w="1892"/>
          </w:tcPr>
          <w:p>
            <w:r>
              <w:rPr>
                <w:b/>
              </w:rPr>
              <w:t>簽到時間</w:t>
            </w:r>
          </w:p>
        </w:tc>
        <w:tc>
          <w:tcPr>
            <w:tcW w:type="dxa" w:w="1892"/>
          </w:tcPr>
          <w:p>
            <w:r>
              <w:rPr>
                <w:b/>
              </w:rPr>
              <w:t>簽到簽名</w:t>
            </w:r>
          </w:p>
        </w:tc>
        <w:tc>
          <w:tcPr>
            <w:tcW w:type="dxa" w:w="1892"/>
          </w:tcPr>
          <w:p>
            <w:r>
              <w:rPr>
                <w:b/>
              </w:rPr>
              <w:t>簽退時間</w:t>
            </w:r>
          </w:p>
        </w:tc>
        <w:tc>
          <w:tcPr>
            <w:tcW w:type="dxa" w:w="1892"/>
          </w:tcPr>
          <w:p>
            <w:r>
              <w:rPr>
                <w:b/>
              </w:rPr>
              <w:t>簽退簽名</w:t>
            </w:r>
          </w:p>
        </w:tc>
      </w:tr>
      <w:tr>
        <w:trPr>
          <w:trHeight w:val="454"/>
        </w:trPr>
        <w:tc>
          <w:tcPr>
            <w:tcW w:type="dxa" w:w="1892"/>
          </w:tcPr>
          <w:p>
            <w:r>
              <w:t>1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2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3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4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5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6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7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8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9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10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11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12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13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14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54"/>
        </w:trPr>
        <w:tc>
          <w:tcPr>
            <w:tcW w:type="dxa" w:w="1892"/>
          </w:tcPr>
          <w:p>
            <w:r>
              <w:t>15</w:t>
            </w:r>
          </w:p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</w:tbl>
    <w:p>
      <w:r>
        <w:br w:type="page"/>
      </w:r>
    </w:p>
    <w:p>
      <w:pPr>
        <w:jc w:val="center"/>
      </w:pPr>
      <w:r>
        <w:rPr>
          <w:b/>
          <w:sz w:val="36"/>
        </w:rPr>
        <w:t>活動簽到表</w:t>
      </w:r>
    </w:p>
    <w:p>
      <w:r>
        <w:t>活動名稱：　　日期：　年　月　日　　地點：　　主辦單位：　　聯絡人：　　報名人數：　　實到人數：</w:t>
      </w:r>
    </w:p>
    <w:p>
      <w:r>
        <w:rPr>
          <w:sz w:val="17"/>
        </w:rPr>
        <w:t>個人資料蒐集告知：本簽到表由【單位名稱】為【會議／活動名稱】之出席紀錄與聯繫目的蒐集您的姓名、單位與簽名，僅於本次會議紀錄與後續通知使用，保存至【保存期限】後銷毀。您可依個人資料保護法第 3 條請求查詢、更正或刪除。不簽到不影響您參加本次會議，但無法列入出席紀錄。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</w:tcPr>
          <w:p>
            <w:r>
              <w:rPr>
                <w:b/>
              </w:rPr>
              <w:t>序號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姓名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單位（可不填）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報名編號</w:t>
            </w:r>
          </w:p>
        </w:tc>
        <w:tc>
          <w:tcPr>
            <w:tcW w:type="dxa" w:w="2163"/>
          </w:tcPr>
          <w:p>
            <w:r>
              <w:rPr>
                <w:b/>
              </w:rPr>
              <w:t>聯絡電話末 4 碼</w:t>
            </w:r>
          </w:p>
        </w:tc>
        <w:tc>
          <w:tcPr>
            <w:tcW w:type="dxa" w:w="2163"/>
          </w:tcPr>
          <w:p>
            <w:r>
              <w:rPr>
                <w:b/>
              </w:rPr>
              <w:t>簽名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同意接收後續活動通知（請勾選）</w:t>
            </w:r>
          </w:p>
        </w:tc>
      </w:tr>
      <w:tr>
        <w:trPr>
          <w:trHeight w:val="454"/>
        </w:trPr>
        <w:tc>
          <w:tcPr>
            <w:tcW w:type="dxa" w:w="2163"/>
          </w:tcPr>
          <w:p>
            <w:r>
              <w:t>1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2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3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4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5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6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7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8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9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10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11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12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13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14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15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>
      <w:r>
        <w:br w:type="page"/>
      </w:r>
    </w:p>
    <w:p>
      <w:pPr>
        <w:jc w:val="center"/>
      </w:pPr>
      <w:r>
        <w:rPr>
          <w:b/>
          <w:sz w:val="36"/>
        </w:rPr>
        <w:t>股東會區權會出席簽名簿</w:t>
      </w:r>
    </w:p>
    <w:p>
      <w:r>
        <w:t>會議名稱：　　日期：　年　月　日　　地點：　　主席：　　應出席：　　實際出席：　　受託代理出席：</w:t>
      </w:r>
    </w:p>
    <w:p>
      <w:r>
        <w:rPr>
          <w:sz w:val="17"/>
        </w:rPr>
        <w:t>個人資料蒐集告知：本簽到表由【單位名稱】為【會議／活動名稱】之出席紀錄與聯繫目的蒐集您的姓名、單位與簽名，僅於本次會議紀錄與後續通知使用，保存至【保存期限】後銷毀。您可依個人資料保護法第 3 條請求查詢、更正或刪除。不簽到不影響您參加本次會議，但無法列入出席紀錄。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</w:tcPr>
          <w:p>
            <w:r>
              <w:rPr>
                <w:b/>
              </w:rPr>
              <w:t>序號</w:t>
            </w:r>
          </w:p>
        </w:tc>
        <w:tc>
          <w:tcPr>
            <w:tcW w:type="dxa" w:w="2163"/>
          </w:tcPr>
          <w:p>
            <w:r>
              <w:rPr>
                <w:b/>
              </w:rPr>
              <w:t>股東戶號／區分所有權人門牌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出席人姓名</w:t>
            </w:r>
          </w:p>
        </w:tc>
        <w:tc>
          <w:tcPr>
            <w:tcW w:type="dxa" w:w="2163"/>
          </w:tcPr>
          <w:p>
            <w:r>
              <w:rPr>
                <w:b/>
              </w:rPr>
              <w:t>本人或代理</w:t>
            </w:r>
          </w:p>
        </w:tc>
        <w:tc>
          <w:tcPr>
            <w:tcW w:type="dxa" w:w="2163"/>
          </w:tcPr>
          <w:p>
            <w:r>
              <w:rPr>
                <w:b/>
              </w:rPr>
              <w:t>持股數／區分所有權比例</w:t>
            </w:r>
          </w:p>
        </w:tc>
        <w:tc>
          <w:tcPr>
            <w:tcW w:type="dxa" w:w="2163"/>
          </w:tcPr>
          <w:p>
            <w:r>
              <w:rPr>
                <w:b/>
              </w:rPr>
              <w:t>簽名或蓋章</w:t>
            </w:r>
          </w:p>
        </w:tc>
        <w:tc>
          <w:tcPr>
            <w:tcW w:type="dxa" w:w="2163"/>
          </w:tcPr>
          <w:p>
            <w:r>
              <w:rPr>
                <w:b/>
              </w:rPr>
              <w:t>委託書編號</w:t>
            </w:r>
          </w:p>
        </w:tc>
      </w:tr>
      <w:tr>
        <w:trPr>
          <w:trHeight w:val="454"/>
        </w:trPr>
        <w:tc>
          <w:tcPr>
            <w:tcW w:type="dxa" w:w="2163"/>
          </w:tcPr>
          <w:p>
            <w:r>
              <w:t>1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2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3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4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5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6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7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8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9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10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11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12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13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14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454"/>
        </w:trPr>
        <w:tc>
          <w:tcPr>
            <w:tcW w:type="dxa" w:w="2163"/>
          </w:tcPr>
          <w:p>
            <w:r>
              <w:t>15</w:t>
            </w:r>
          </w:p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>
      <w:r>
        <w:br w:type="page"/>
      </w:r>
    </w:p>
    <w:p>
      <w:r>
        <w:rPr>
          <w:b/>
        </w:rPr>
        <w:t>填寫說明與延伸資源</w:t>
      </w:r>
    </w:p>
    <w:p>
      <w:r>
        <w:t>簽名欄由出席者本人親簽，代理出席請在備註註明並附委託書。</w:t>
      </w:r>
    </w:p>
    <w:p>
      <w:r>
        <w:t>不要在簽到表收完整身分證字號、生日、住址；需要申報學習時數時另外收、不要傳閱。</w:t>
      </w:r>
    </w:p>
    <w:p>
      <w:r>
        <w:t>股東會出席簽名簿至少保存 1 年（公司法第 183 條）；教育訓練簽到紀錄保存 3 年（職業安全衛生教育訓練規則）。</w:t>
      </w:r>
    </w:p>
    <w:p/>
    <w:p>
      <w:r>
        <w:t>覺得這份有用？我們是恆遠數位科技，日常就在做這類事。如果你有以下需求，歡迎直接找我們聊聊：</w:t>
      </w:r>
    </w:p>
    <w:p>
      <w:r>
        <w:t>想把報名、簽到、名單比對接進系統：客製化系統開發 https://foreverwebs.com/services/customize-web</w:t>
      </w:r>
    </w:p>
    <w:p>
      <w:r>
        <w:t>會議紀錄、同意書要請多人線上簽名：秒簽 SpeedSign https://foreverwebs.com/products/sign</w:t>
      </w:r>
    </w:p>
    <w:p>
      <w:r>
        <w:t>線上簽到系統怎麼選：https://foreverwebs.com/blog/online-check-in-system-selection-guide</w:t>
      </w:r>
    </w:p>
    <w:p>
      <w:r>
        <w:t>或直接聯絡：support@foreverwebs.com／LINE @929bpbpy</w:t>
      </w:r>
    </w:p>
    <w:p>
      <w:r>
        <w:t>恆遠數位科技 · 自由揚 / Account Director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